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 w:val="0"/>
          <w:color w:val="666666"/>
          <w:sz w:val="18"/>
        </w:rPr>
        <w:t>STRAND PARTNERS</w:t>
      </w:r>
    </w:p>
    <w:p>
      <w:pPr>
        <w:spacing w:after="120"/>
      </w:pPr>
      <w:r>
        <w:rPr>
          <w:b/>
          <w:color w:val="0B111F"/>
          <w:sz w:val="36"/>
        </w:rPr>
        <w:t>コンサル転職 面接頻出質問40＆回答シート（記入用）</w:t>
      </w:r>
    </w:p>
    <w:p>
      <w:pPr>
        <w:spacing w:after="200"/>
      </w:pPr>
      <w:r>
        <w:rPr>
          <w:b w:val="0"/>
          <w:color w:val="666666"/>
          <w:sz w:val="20"/>
        </w:rPr>
        <w:t>元アクセンチュア面接官が監修｜1次面接から最終面接まで、質問の意図と答え方</w:t>
      </w:r>
    </w:p>
    <w:p>
      <w:pPr>
        <w:spacing w:after="240"/>
      </w:pPr>
      <w:r>
        <w:rPr>
          <w:b w:val="0"/>
          <w:sz w:val="20"/>
        </w:rPr>
        <w:t>使い方：各質問の「回答メモ」欄に、話す順番を箇条書きで書き出してください。文章を丸暗記するより、「結論→エピソードの要点→学び」の3行を用意するほうが、深掘りされても自分の言葉で話せます。</w:t>
      </w:r>
    </w:p>
    <w:p>
      <w:pPr>
        <w:spacing w:after="120"/>
      </w:pPr>
      <w:r>
        <w:rPr>
          <w:b/>
          <w:color w:val="0B111F"/>
          <w:sz w:val="26"/>
        </w:rPr>
        <w:t>A. 自己紹介・経歴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5F6F8"/>
          </w:tcPr>
          <w:p>
            <w:r>
              <w:rPr>
                <w:b/>
                <w:color w:val="0B111F"/>
                <w:sz w:val="21"/>
              </w:rPr>
              <w:t>Q01　これまでのキャリアを簡単に教えてください（自己紹介）</w:t>
            </w:r>
          </w:p>
        </w:tc>
      </w:tr>
      <w:tr>
        <w:tc>
          <w:tcPr>
            <w:tcW w:type="dxa" w:w="9866"/>
          </w:tcPr>
          <w:p>
            <w:r>
              <w:rPr>
                <w:b/>
                <w:sz w:val="18"/>
              </w:rPr>
              <w:t>面接官の意図：</w:t>
            </w:r>
            <w:r>
              <w:rPr>
                <w:sz w:val="18"/>
              </w:rPr>
              <w:t>要点をまとめて話せるか。強みを自分の言葉で言えるか</w:t>
            </w:r>
          </w:p>
          <w:p>
            <w:r>
              <w:rPr>
                <w:b/>
                <w:sz w:val="18"/>
              </w:rPr>
              <w:t>答え方：</w:t>
            </w:r>
            <w:r>
              <w:rPr>
                <w:sz w:val="18"/>
              </w:rPr>
              <w:t>年数・領域・規模・実績・強み・志望との接続を60秒に。時系列で全部話さない</w:t>
            </w:r>
          </w:p>
        </w:tc>
      </w:tr>
      <w:tr>
        <w:tc>
          <w:tcPr>
            <w:tcW w:type="dxa" w:w="9866"/>
          </w:tcPr>
          <w:p>
            <w:r>
              <w:rPr>
                <w:color w:val="666666"/>
                <w:sz w:val="17"/>
              </w:rPr>
              <w:t>回答メモ</w:t>
            </w:r>
          </w:p>
          <w:p/>
          <w:p/>
          <w:p/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5F6F8"/>
          </w:tcPr>
          <w:p>
            <w:r>
              <w:rPr>
                <w:b/>
                <w:color w:val="0B111F"/>
                <w:sz w:val="21"/>
              </w:rPr>
              <w:t>Q02　これまでで最も大きな成果は何ですか？　なぜ達成できたのですか？</w:t>
            </w:r>
          </w:p>
        </w:tc>
      </w:tr>
      <w:tr>
        <w:tc>
          <w:tcPr>
            <w:tcW w:type="dxa" w:w="9866"/>
          </w:tcPr>
          <w:p>
            <w:r>
              <w:rPr>
                <w:b/>
                <w:sz w:val="18"/>
              </w:rPr>
              <w:t>面接官の意図：</w:t>
            </w:r>
            <w:r>
              <w:rPr>
                <w:sz w:val="18"/>
              </w:rPr>
              <w:t>チームの成果ではなく、あなた自身の試行錯誤と工夫</w:t>
            </w:r>
          </w:p>
          <w:p>
            <w:r>
              <w:rPr>
                <w:b/>
                <w:sz w:val="18"/>
              </w:rPr>
              <w:t>答え方：</w:t>
            </w:r>
            <w:r>
              <w:rPr>
                <w:sz w:val="18"/>
              </w:rPr>
              <w:t>チームの作業をそのまま語らない。自分がどう考え、どこで工夫し、何を変えたかを具体的に。泥臭いエピソードのほうが評価される</w:t>
            </w:r>
          </w:p>
        </w:tc>
      </w:tr>
      <w:tr>
        <w:tc>
          <w:tcPr>
            <w:tcW w:type="dxa" w:w="9866"/>
          </w:tcPr>
          <w:p>
            <w:r>
              <w:rPr>
                <w:color w:val="666666"/>
                <w:sz w:val="17"/>
              </w:rPr>
              <w:t>回答メモ</w:t>
            </w:r>
          </w:p>
          <w:p/>
          <w:p/>
          <w:p/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5F6F8"/>
          </w:tcPr>
          <w:p>
            <w:r>
              <w:rPr>
                <w:b/>
                <w:color w:val="0B111F"/>
                <w:sz w:val="21"/>
              </w:rPr>
              <w:t>Q03　失敗した経験と、そこから学んだことを教えてください</w:t>
            </w:r>
          </w:p>
        </w:tc>
      </w:tr>
      <w:tr>
        <w:tc>
          <w:tcPr>
            <w:tcW w:type="dxa" w:w="9866"/>
          </w:tcPr>
          <w:p>
            <w:r>
              <w:rPr>
                <w:b/>
                <w:sz w:val="18"/>
              </w:rPr>
              <w:t>面接官の意図：</w:t>
            </w:r>
            <w:r>
              <w:rPr>
                <w:sz w:val="18"/>
              </w:rPr>
              <w:t>失敗を客観視し、行動を変えられるか</w:t>
            </w:r>
          </w:p>
          <w:p>
            <w:r>
              <w:rPr>
                <w:b/>
                <w:sz w:val="18"/>
              </w:rPr>
              <w:t>答え方：</w:t>
            </w:r>
            <w:r>
              <w:rPr>
                <w:sz w:val="18"/>
              </w:rPr>
              <w:t>具体的な失敗→原因を自分に置く→行動の変化→その後の結果まで</w:t>
            </w:r>
          </w:p>
        </w:tc>
      </w:tr>
      <w:tr>
        <w:tc>
          <w:tcPr>
            <w:tcW w:type="dxa" w:w="9866"/>
          </w:tcPr>
          <w:p>
            <w:r>
              <w:rPr>
                <w:color w:val="666666"/>
                <w:sz w:val="17"/>
              </w:rPr>
              <w:t>回答メモ</w:t>
            </w:r>
          </w:p>
          <w:p/>
          <w:p/>
          <w:p/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5F6F8"/>
          </w:tcPr>
          <w:p>
            <w:r>
              <w:rPr>
                <w:b/>
                <w:color w:val="0B111F"/>
                <w:sz w:val="21"/>
              </w:rPr>
              <w:t>Q04　チームで意見が対立した時、どう対処しましたか？</w:t>
            </w:r>
          </w:p>
        </w:tc>
      </w:tr>
      <w:tr>
        <w:tc>
          <w:tcPr>
            <w:tcW w:type="dxa" w:w="9866"/>
          </w:tcPr>
          <w:p>
            <w:r>
              <w:rPr>
                <w:b/>
                <w:sz w:val="18"/>
              </w:rPr>
              <w:t>面接官の意図：</w:t>
            </w:r>
            <w:r>
              <w:rPr>
                <w:sz w:val="18"/>
              </w:rPr>
              <w:t>対立を避けずに、建設的に解消できるか</w:t>
            </w:r>
          </w:p>
          <w:p>
            <w:r>
              <w:rPr>
                <w:b/>
                <w:sz w:val="18"/>
              </w:rPr>
              <w:t>答え方：</w:t>
            </w:r>
            <w:r>
              <w:rPr>
                <w:sz w:val="18"/>
              </w:rPr>
              <w:t>対立の構造をどう整理し、何を判断基準に合意したかを具体的に</w:t>
            </w:r>
          </w:p>
        </w:tc>
      </w:tr>
      <w:tr>
        <w:tc>
          <w:tcPr>
            <w:tcW w:type="dxa" w:w="9866"/>
          </w:tcPr>
          <w:p>
            <w:r>
              <w:rPr>
                <w:color w:val="666666"/>
                <w:sz w:val="17"/>
              </w:rPr>
              <w:t>回答メモ</w:t>
            </w:r>
          </w:p>
          <w:p/>
          <w:p/>
          <w:p/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5F6F8"/>
          </w:tcPr>
          <w:p>
            <w:r>
              <w:rPr>
                <w:b/>
                <w:color w:val="0B111F"/>
                <w:sz w:val="21"/>
              </w:rPr>
              <w:t>Q05　周囲を巻き込んで、仕事を前に進めた経験を教えてください</w:t>
            </w:r>
          </w:p>
        </w:tc>
      </w:tr>
      <w:tr>
        <w:tc>
          <w:tcPr>
            <w:tcW w:type="dxa" w:w="9866"/>
          </w:tcPr>
          <w:p>
            <w:r>
              <w:rPr>
                <w:b/>
                <w:sz w:val="18"/>
              </w:rPr>
              <w:t>面接官の意図：</w:t>
            </w:r>
            <w:r>
              <w:rPr>
                <w:sz w:val="18"/>
              </w:rPr>
              <w:t>プロジェクト・業務の推進力</w:t>
            </w:r>
          </w:p>
          <w:p>
            <w:r>
              <w:rPr>
                <w:b/>
                <w:sz w:val="18"/>
              </w:rPr>
              <w:t>答え方：</w:t>
            </w:r>
            <w:r>
              <w:rPr>
                <w:sz w:val="18"/>
              </w:rPr>
              <w:t>誰を、どんな順番で、何を材料に動かしたか。抵抗にどう対処したか</w:t>
            </w:r>
          </w:p>
        </w:tc>
      </w:tr>
      <w:tr>
        <w:tc>
          <w:tcPr>
            <w:tcW w:type="dxa" w:w="9866"/>
          </w:tcPr>
          <w:p>
            <w:r>
              <w:rPr>
                <w:color w:val="666666"/>
                <w:sz w:val="17"/>
              </w:rPr>
              <w:t>回答メモ</w:t>
            </w:r>
          </w:p>
          <w:p/>
          <w:p/>
          <w:p/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5F6F8"/>
          </w:tcPr>
          <w:p>
            <w:r>
              <w:rPr>
                <w:b/>
                <w:color w:val="0B111F"/>
                <w:sz w:val="21"/>
              </w:rPr>
              <w:t>Q06　短期間で成果を出さなければならなかった経験はありますか？</w:t>
            </w:r>
          </w:p>
        </w:tc>
      </w:tr>
      <w:tr>
        <w:tc>
          <w:tcPr>
            <w:tcW w:type="dxa" w:w="9866"/>
          </w:tcPr>
          <w:p>
            <w:r>
              <w:rPr>
                <w:b/>
                <w:sz w:val="18"/>
              </w:rPr>
              <w:t>面接官の意図：</w:t>
            </w:r>
            <w:r>
              <w:rPr>
                <w:sz w:val="18"/>
              </w:rPr>
              <w:t>スピード感と優先順位づけ</w:t>
            </w:r>
          </w:p>
          <w:p>
            <w:r>
              <w:rPr>
                <w:b/>
                <w:sz w:val="18"/>
              </w:rPr>
              <w:t>答え方：</w:t>
            </w:r>
            <w:r>
              <w:rPr>
                <w:sz w:val="18"/>
              </w:rPr>
              <w:t>限られた時間で「やらないこと」をどう決めたかまで話す</w:t>
            </w:r>
          </w:p>
        </w:tc>
      </w:tr>
      <w:tr>
        <w:tc>
          <w:tcPr>
            <w:tcW w:type="dxa" w:w="9866"/>
          </w:tcPr>
          <w:p>
            <w:r>
              <w:rPr>
                <w:color w:val="666666"/>
                <w:sz w:val="17"/>
              </w:rPr>
              <w:t>回答メモ</w:t>
            </w:r>
          </w:p>
          <w:p/>
          <w:p/>
          <w:p/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5F6F8"/>
          </w:tcPr>
          <w:p>
            <w:r>
              <w:rPr>
                <w:b/>
                <w:color w:val="0B111F"/>
                <w:sz w:val="21"/>
              </w:rPr>
              <w:t>Q07　これまでの仕事で、最も難しかった判断は何ですか？</w:t>
            </w:r>
          </w:p>
        </w:tc>
      </w:tr>
      <w:tr>
        <w:tc>
          <w:tcPr>
            <w:tcW w:type="dxa" w:w="9866"/>
          </w:tcPr>
          <w:p>
            <w:r>
              <w:rPr>
                <w:b/>
                <w:sz w:val="18"/>
              </w:rPr>
              <w:t>面接官の意図：</w:t>
            </w:r>
            <w:r>
              <w:rPr>
                <w:sz w:val="18"/>
              </w:rPr>
              <w:t>ロジカルシンキングと意思決定の質</w:t>
            </w:r>
          </w:p>
          <w:p>
            <w:r>
              <w:rPr>
                <w:b/>
                <w:sz w:val="18"/>
              </w:rPr>
              <w:t>答え方：</w:t>
            </w:r>
            <w:r>
              <w:rPr>
                <w:sz w:val="18"/>
              </w:rPr>
              <w:t>選択肢・判断基準・決め手を順に。結果が悪かった場合は何を学んだかも</w:t>
            </w:r>
          </w:p>
        </w:tc>
      </w:tr>
      <w:tr>
        <w:tc>
          <w:tcPr>
            <w:tcW w:type="dxa" w:w="9866"/>
          </w:tcPr>
          <w:p>
            <w:r>
              <w:rPr>
                <w:color w:val="666666"/>
                <w:sz w:val="17"/>
              </w:rPr>
              <w:t>回答メモ</w:t>
            </w:r>
          </w:p>
          <w:p/>
          <w:p/>
          <w:p/>
        </w:tc>
      </w:tr>
    </w:tbl>
    <w:p>
      <w:pPr>
        <w:spacing w:after="40"/>
      </w:pPr>
    </w:p>
    <w:p>
      <w:pPr>
        <w:spacing w:after="120"/>
      </w:pPr>
      <w:r>
        <w:rPr>
          <w:b/>
          <w:color w:val="0B111F"/>
          <w:sz w:val="26"/>
        </w:rPr>
        <w:t>B. 転職理由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5F6F8"/>
          </w:tcPr>
          <w:p>
            <w:r>
              <w:rPr>
                <w:b/>
                <w:color w:val="0B111F"/>
                <w:sz w:val="21"/>
              </w:rPr>
              <w:t>Q08　なぜ転職を考えているのですか？</w:t>
            </w:r>
          </w:p>
        </w:tc>
      </w:tr>
      <w:tr>
        <w:tc>
          <w:tcPr>
            <w:tcW w:type="dxa" w:w="9866"/>
          </w:tcPr>
          <w:p>
            <w:r>
              <w:rPr>
                <w:b/>
                <w:sz w:val="18"/>
              </w:rPr>
              <w:t>面接官の意図：</w:t>
            </w:r>
            <w:r>
              <w:rPr>
                <w:sz w:val="18"/>
              </w:rPr>
              <w:t>不満で逃げていないか。同じ理由でまた辞めないか</w:t>
            </w:r>
          </w:p>
          <w:p>
            <w:r>
              <w:rPr>
                <w:b/>
                <w:sz w:val="18"/>
              </w:rPr>
              <w:t>答え方：</w:t>
            </w:r>
            <w:r>
              <w:rPr>
                <w:sz w:val="18"/>
              </w:rPr>
              <w:t>事実は正直に、ただし「不満」ではなく「解決したい課題・得たいもの」として</w:t>
            </w:r>
          </w:p>
        </w:tc>
      </w:tr>
      <w:tr>
        <w:tc>
          <w:tcPr>
            <w:tcW w:type="dxa" w:w="9866"/>
          </w:tcPr>
          <w:p>
            <w:r>
              <w:rPr>
                <w:color w:val="666666"/>
                <w:sz w:val="17"/>
              </w:rPr>
              <w:t>回答メモ</w:t>
            </w:r>
          </w:p>
          <w:p/>
          <w:p/>
          <w:p/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5F6F8"/>
          </w:tcPr>
          <w:p>
            <w:r>
              <w:rPr>
                <w:b/>
                <w:color w:val="0B111F"/>
                <w:sz w:val="21"/>
              </w:rPr>
              <w:t>Q09　それは現職ではできないのですか？　なぜできないのですか？</w:t>
            </w:r>
          </w:p>
        </w:tc>
      </w:tr>
      <w:tr>
        <w:tc>
          <w:tcPr>
            <w:tcW w:type="dxa" w:w="9866"/>
          </w:tcPr>
          <w:p>
            <w:r>
              <w:rPr>
                <w:b/>
                <w:sz w:val="18"/>
              </w:rPr>
              <w:t>面接官の意図：</w:t>
            </w:r>
            <w:r>
              <w:rPr>
                <w:sz w:val="18"/>
              </w:rPr>
              <w:t>転職の必然性（元面接官が必ず確認するポイント）</w:t>
            </w:r>
          </w:p>
          <w:p>
            <w:r>
              <w:rPr>
                <w:b/>
                <w:sz w:val="18"/>
              </w:rPr>
              <w:t>答え方：</w:t>
            </w:r>
            <w:r>
              <w:rPr>
                <w:sz w:val="18"/>
              </w:rPr>
              <w:t>現職で実際に試したことと、構造的にできない理由をセットで</w:t>
            </w:r>
          </w:p>
        </w:tc>
      </w:tr>
      <w:tr>
        <w:tc>
          <w:tcPr>
            <w:tcW w:type="dxa" w:w="9866"/>
          </w:tcPr>
          <w:p>
            <w:r>
              <w:rPr>
                <w:color w:val="666666"/>
                <w:sz w:val="17"/>
              </w:rPr>
              <w:t>回答メモ</w:t>
            </w:r>
          </w:p>
          <w:p/>
          <w:p/>
          <w:p/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5F6F8"/>
          </w:tcPr>
          <w:p>
            <w:r>
              <w:rPr>
                <w:b/>
                <w:color w:val="0B111F"/>
                <w:sz w:val="21"/>
              </w:rPr>
              <w:t>Q10　なぜ「今」なのですか？</w:t>
            </w:r>
          </w:p>
        </w:tc>
      </w:tr>
      <w:tr>
        <w:tc>
          <w:tcPr>
            <w:tcW w:type="dxa" w:w="9866"/>
          </w:tcPr>
          <w:p>
            <w:r>
              <w:rPr>
                <w:b/>
                <w:sz w:val="18"/>
              </w:rPr>
              <w:t>面接官の意図：</w:t>
            </w:r>
            <w:r>
              <w:rPr>
                <w:sz w:val="18"/>
              </w:rPr>
              <w:t>タイミングの必然性</w:t>
            </w:r>
          </w:p>
          <w:p>
            <w:r>
              <w:rPr>
                <w:b/>
                <w:sz w:val="18"/>
              </w:rPr>
              <w:t>答え方：</w:t>
            </w:r>
            <w:r>
              <w:rPr>
                <w:sz w:val="18"/>
              </w:rPr>
              <w:t>現職で一区切りついたこと、今動く理由を具体的に</w:t>
            </w:r>
          </w:p>
        </w:tc>
      </w:tr>
      <w:tr>
        <w:tc>
          <w:tcPr>
            <w:tcW w:type="dxa" w:w="9866"/>
          </w:tcPr>
          <w:p>
            <w:r>
              <w:rPr>
                <w:color w:val="666666"/>
                <w:sz w:val="17"/>
              </w:rPr>
              <w:t>回答メモ</w:t>
            </w:r>
          </w:p>
          <w:p/>
          <w:p/>
          <w:p/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5F6F8"/>
          </w:tcPr>
          <w:p>
            <w:r>
              <w:rPr>
                <w:b/>
                <w:color w:val="0B111F"/>
                <w:sz w:val="21"/>
              </w:rPr>
              <w:t>Q11　現職を辞める決め手になったことは何ですか？</w:t>
            </w:r>
          </w:p>
        </w:tc>
      </w:tr>
      <w:tr>
        <w:tc>
          <w:tcPr>
            <w:tcW w:type="dxa" w:w="9866"/>
          </w:tcPr>
          <w:p>
            <w:r>
              <w:rPr>
                <w:b/>
                <w:sz w:val="18"/>
              </w:rPr>
              <w:t>面接官の意図：</w:t>
            </w:r>
            <w:r>
              <w:rPr>
                <w:sz w:val="18"/>
              </w:rPr>
              <w:t>判断の軸が一貫しているか</w:t>
            </w:r>
          </w:p>
          <w:p>
            <w:r>
              <w:rPr>
                <w:b/>
                <w:sz w:val="18"/>
              </w:rPr>
              <w:t>答え方：</w:t>
            </w:r>
            <w:r>
              <w:rPr>
                <w:sz w:val="18"/>
              </w:rPr>
              <w:t>出来事ではなく、自分の判断基準で説明する</w:t>
            </w:r>
          </w:p>
        </w:tc>
      </w:tr>
      <w:tr>
        <w:tc>
          <w:tcPr>
            <w:tcW w:type="dxa" w:w="9866"/>
          </w:tcPr>
          <w:p>
            <w:r>
              <w:rPr>
                <w:color w:val="666666"/>
                <w:sz w:val="17"/>
              </w:rPr>
              <w:t>回答メモ</w:t>
            </w:r>
          </w:p>
          <w:p/>
          <w:p/>
          <w:p/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5F6F8"/>
          </w:tcPr>
          <w:p>
            <w:r>
              <w:rPr>
                <w:b/>
                <w:color w:val="0B111F"/>
                <w:sz w:val="21"/>
              </w:rPr>
              <w:t>Q12　転職によって実現したいことは何ですか？</w:t>
            </w:r>
          </w:p>
        </w:tc>
      </w:tr>
      <w:tr>
        <w:tc>
          <w:tcPr>
            <w:tcW w:type="dxa" w:w="9866"/>
          </w:tcPr>
          <w:p>
            <w:r>
              <w:rPr>
                <w:b/>
                <w:sz w:val="18"/>
              </w:rPr>
              <w:t>面接官の意図：</w:t>
            </w:r>
            <w:r>
              <w:rPr>
                <w:sz w:val="18"/>
              </w:rPr>
              <w:t>転職がゴールになっていないか</w:t>
            </w:r>
          </w:p>
          <w:p>
            <w:r>
              <w:rPr>
                <w:b/>
                <w:sz w:val="18"/>
              </w:rPr>
              <w:t>答え方：</w:t>
            </w:r>
            <w:r>
              <w:rPr>
                <w:sz w:val="18"/>
              </w:rPr>
              <w:t>入社後にやりたいことと、その先のキャリアをつなげる</w:t>
            </w:r>
          </w:p>
        </w:tc>
      </w:tr>
      <w:tr>
        <w:tc>
          <w:tcPr>
            <w:tcW w:type="dxa" w:w="9866"/>
          </w:tcPr>
          <w:p>
            <w:r>
              <w:rPr>
                <w:color w:val="666666"/>
                <w:sz w:val="17"/>
              </w:rPr>
              <w:t>回答メモ</w:t>
            </w:r>
          </w:p>
          <w:p/>
          <w:p/>
          <w:p/>
        </w:tc>
      </w:tr>
    </w:tbl>
    <w:p>
      <w:pPr>
        <w:spacing w:after="40"/>
      </w:pPr>
    </w:p>
    <w:p>
      <w:pPr>
        <w:spacing w:after="120"/>
      </w:pPr>
      <w:r>
        <w:rPr>
          <w:b/>
          <w:color w:val="0B111F"/>
          <w:sz w:val="26"/>
        </w:rPr>
        <w:t>C. 志望動機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5F6F8"/>
          </w:tcPr>
          <w:p>
            <w:r>
              <w:rPr>
                <w:b/>
                <w:color w:val="0B111F"/>
                <w:sz w:val="21"/>
              </w:rPr>
              <w:t>Q13　なぜコンサルなのですか？</w:t>
            </w:r>
          </w:p>
        </w:tc>
      </w:tr>
      <w:tr>
        <w:tc>
          <w:tcPr>
            <w:tcW w:type="dxa" w:w="9866"/>
          </w:tcPr>
          <w:p>
            <w:r>
              <w:rPr>
                <w:b/>
                <w:sz w:val="18"/>
              </w:rPr>
              <w:t>面接官の意図：</w:t>
            </w:r>
            <w:r>
              <w:rPr>
                <w:sz w:val="18"/>
              </w:rPr>
              <w:t>自分の経験から生まれた、その人にしか言えない理由か</w:t>
            </w:r>
          </w:p>
          <w:p>
            <w:r>
              <w:rPr>
                <w:b/>
                <w:sz w:val="18"/>
              </w:rPr>
              <w:t>答え方：</w:t>
            </w:r>
            <w:r>
              <w:rPr>
                <w:sz w:val="18"/>
              </w:rPr>
              <w:t>「上流から課題を解決したい」など誰でも言える理由だけでは0点。自分のリアルな経験を具体的に描写し、志望理由とつなげる</w:t>
            </w:r>
          </w:p>
        </w:tc>
      </w:tr>
      <w:tr>
        <w:tc>
          <w:tcPr>
            <w:tcW w:type="dxa" w:w="9866"/>
          </w:tcPr>
          <w:p>
            <w:r>
              <w:rPr>
                <w:color w:val="666666"/>
                <w:sz w:val="17"/>
              </w:rPr>
              <w:t>回答メモ</w:t>
            </w:r>
          </w:p>
          <w:p/>
          <w:p/>
          <w:p/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5F6F8"/>
          </w:tcPr>
          <w:p>
            <w:r>
              <w:rPr>
                <w:b/>
                <w:color w:val="0B111F"/>
                <w:sz w:val="21"/>
              </w:rPr>
              <w:t>Q14　なぜ他社ではなく、当社なのですか？</w:t>
            </w:r>
          </w:p>
        </w:tc>
      </w:tr>
      <w:tr>
        <w:tc>
          <w:tcPr>
            <w:tcW w:type="dxa" w:w="9866"/>
          </w:tcPr>
          <w:p>
            <w:r>
              <w:rPr>
                <w:b/>
                <w:sz w:val="18"/>
              </w:rPr>
              <w:t>面接官の意図：</w:t>
            </w:r>
            <w:r>
              <w:rPr>
                <w:sz w:val="18"/>
              </w:rPr>
              <w:t>その会社をどこまでリサーチしているか</w:t>
            </w:r>
          </w:p>
          <w:p>
            <w:r>
              <w:rPr>
                <w:b/>
                <w:sz w:val="18"/>
              </w:rPr>
              <w:t>答え方：</w:t>
            </w:r>
            <w:r>
              <w:rPr>
                <w:sz w:val="18"/>
              </w:rPr>
              <w:t>公式サイト・IR・採用サイト・社員インタビュー・カジュアル面談などで調べたことを交え、他社との違いと自分の転職理由をつなげる</w:t>
            </w:r>
          </w:p>
        </w:tc>
      </w:tr>
      <w:tr>
        <w:tc>
          <w:tcPr>
            <w:tcW w:type="dxa" w:w="9866"/>
          </w:tcPr>
          <w:p>
            <w:r>
              <w:rPr>
                <w:color w:val="666666"/>
                <w:sz w:val="17"/>
              </w:rPr>
              <w:t>回答メモ</w:t>
            </w:r>
          </w:p>
          <w:p/>
          <w:p/>
          <w:p/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5F6F8"/>
          </w:tcPr>
          <w:p>
            <w:r>
              <w:rPr>
                <w:b/>
                <w:color w:val="0B111F"/>
                <w:sz w:val="21"/>
              </w:rPr>
              <w:t>Q15　なぜこの部門・職種を志望するのですか？</w:t>
            </w:r>
          </w:p>
        </w:tc>
      </w:tr>
      <w:tr>
        <w:tc>
          <w:tcPr>
            <w:tcW w:type="dxa" w:w="9866"/>
          </w:tcPr>
          <w:p>
            <w:r>
              <w:rPr>
                <w:b/>
                <w:sz w:val="18"/>
              </w:rPr>
              <w:t>面接官の意図：</w:t>
            </w:r>
            <w:r>
              <w:rPr>
                <w:sz w:val="18"/>
              </w:rPr>
              <w:t>配属後の活躍がイメージできるか</w:t>
            </w:r>
          </w:p>
          <w:p>
            <w:r>
              <w:rPr>
                <w:b/>
                <w:sz w:val="18"/>
              </w:rPr>
              <w:t>答え方：</w:t>
            </w:r>
            <w:r>
              <w:rPr>
                <w:sz w:val="18"/>
              </w:rPr>
              <w:t>部門が扱う案件を調べ、自分の経験がどこで使えるかを言葉にしておく</w:t>
            </w:r>
          </w:p>
        </w:tc>
      </w:tr>
      <w:tr>
        <w:tc>
          <w:tcPr>
            <w:tcW w:type="dxa" w:w="9866"/>
          </w:tcPr>
          <w:p>
            <w:r>
              <w:rPr>
                <w:color w:val="666666"/>
                <w:sz w:val="17"/>
              </w:rPr>
              <w:t>回答メモ</w:t>
            </w:r>
          </w:p>
          <w:p/>
          <w:p/>
          <w:p/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5F6F8"/>
          </w:tcPr>
          <w:p>
            <w:r>
              <w:rPr>
                <w:b/>
                <w:color w:val="0B111F"/>
                <w:sz w:val="21"/>
              </w:rPr>
              <w:t>Q16　他にどのファームを受けていますか？　当社は第一志望ですか？</w:t>
            </w:r>
          </w:p>
        </w:tc>
      </w:tr>
      <w:tr>
        <w:tc>
          <w:tcPr>
            <w:tcW w:type="dxa" w:w="9866"/>
          </w:tcPr>
          <w:p>
            <w:r>
              <w:rPr>
                <w:b/>
                <w:sz w:val="18"/>
              </w:rPr>
              <w:t>面接官の意図：</w:t>
            </w:r>
            <w:r>
              <w:rPr>
                <w:sz w:val="18"/>
              </w:rPr>
              <w:t>志望の本気度と、ファーム選びの軸</w:t>
            </w:r>
          </w:p>
          <w:p>
            <w:r>
              <w:rPr>
                <w:b/>
                <w:sz w:val="18"/>
              </w:rPr>
              <w:t>答え方：</w:t>
            </w:r>
            <w:r>
              <w:rPr>
                <w:sz w:val="18"/>
              </w:rPr>
              <w:t>正直に答えてよい。どういう軸でその組み合わせなのかを説明する</w:t>
            </w:r>
          </w:p>
        </w:tc>
      </w:tr>
      <w:tr>
        <w:tc>
          <w:tcPr>
            <w:tcW w:type="dxa" w:w="9866"/>
          </w:tcPr>
          <w:p>
            <w:r>
              <w:rPr>
                <w:color w:val="666666"/>
                <w:sz w:val="17"/>
              </w:rPr>
              <w:t>回答メモ</w:t>
            </w:r>
          </w:p>
          <w:p/>
          <w:p/>
          <w:p/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5F6F8"/>
          </w:tcPr>
          <w:p>
            <w:r>
              <w:rPr>
                <w:b/>
                <w:color w:val="0B111F"/>
                <w:sz w:val="21"/>
              </w:rPr>
              <w:t>Q17　あなたの経験は、当社のどのような案件で活かせると思いますか？</w:t>
            </w:r>
          </w:p>
        </w:tc>
      </w:tr>
      <w:tr>
        <w:tc>
          <w:tcPr>
            <w:tcW w:type="dxa" w:w="9866"/>
          </w:tcPr>
          <w:p>
            <w:r>
              <w:rPr>
                <w:b/>
                <w:sz w:val="18"/>
              </w:rPr>
              <w:t>面接官の意図：</w:t>
            </w:r>
            <w:r>
              <w:rPr>
                <w:sz w:val="18"/>
              </w:rPr>
              <w:t>経歴と業務の親和性</w:t>
            </w:r>
          </w:p>
          <w:p>
            <w:r>
              <w:rPr>
                <w:b/>
                <w:sz w:val="18"/>
              </w:rPr>
              <w:t>答え方：</w:t>
            </w:r>
            <w:r>
              <w:rPr>
                <w:sz w:val="18"/>
              </w:rPr>
              <w:t>業界知識・業務経験・スキルを、具体的な案件の場面に当てはめて</w:t>
            </w:r>
          </w:p>
        </w:tc>
      </w:tr>
      <w:tr>
        <w:tc>
          <w:tcPr>
            <w:tcW w:type="dxa" w:w="9866"/>
          </w:tcPr>
          <w:p>
            <w:r>
              <w:rPr>
                <w:color w:val="666666"/>
                <w:sz w:val="17"/>
              </w:rPr>
              <w:t>回答メモ</w:t>
            </w:r>
          </w:p>
          <w:p/>
          <w:p/>
          <w:p/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5F6F8"/>
          </w:tcPr>
          <w:p>
            <w:r>
              <w:rPr>
                <w:b/>
                <w:color w:val="0B111F"/>
                <w:sz w:val="21"/>
              </w:rPr>
              <w:t>Q18　入社後に携わりたい案件やテーマは何ですか？</w:t>
            </w:r>
          </w:p>
        </w:tc>
      </w:tr>
      <w:tr>
        <w:tc>
          <w:tcPr>
            <w:tcW w:type="dxa" w:w="9866"/>
          </w:tcPr>
          <w:p>
            <w:r>
              <w:rPr>
                <w:b/>
                <w:sz w:val="18"/>
              </w:rPr>
              <w:t>面接官の意図：</w:t>
            </w:r>
            <w:r>
              <w:rPr>
                <w:sz w:val="18"/>
              </w:rPr>
              <w:t>入社後のイメージの具体性</w:t>
            </w:r>
          </w:p>
          <w:p>
            <w:r>
              <w:rPr>
                <w:b/>
                <w:sz w:val="18"/>
              </w:rPr>
              <w:t>答え方：</w:t>
            </w:r>
            <w:r>
              <w:rPr>
                <w:sz w:val="18"/>
              </w:rPr>
              <w:t>1つに絞りすぎず、軸となる領域と、その理由を</w:t>
            </w:r>
          </w:p>
        </w:tc>
      </w:tr>
      <w:tr>
        <w:tc>
          <w:tcPr>
            <w:tcW w:type="dxa" w:w="9866"/>
          </w:tcPr>
          <w:p>
            <w:r>
              <w:rPr>
                <w:color w:val="666666"/>
                <w:sz w:val="17"/>
              </w:rPr>
              <w:t>回答メモ</w:t>
            </w:r>
          </w:p>
          <w:p/>
          <w:p/>
          <w:p/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5F6F8"/>
          </w:tcPr>
          <w:p>
            <w:r>
              <w:rPr>
                <w:b/>
                <w:color w:val="0B111F"/>
                <w:sz w:val="21"/>
              </w:rPr>
              <w:t>Q19　当社と他のファームの違いを、どう理解していますか？</w:t>
            </w:r>
          </w:p>
        </w:tc>
      </w:tr>
      <w:tr>
        <w:tc>
          <w:tcPr>
            <w:tcW w:type="dxa" w:w="9866"/>
          </w:tcPr>
          <w:p>
            <w:r>
              <w:rPr>
                <w:b/>
                <w:sz w:val="18"/>
              </w:rPr>
              <w:t>面接官の意図：</w:t>
            </w:r>
            <w:r>
              <w:rPr>
                <w:sz w:val="18"/>
              </w:rPr>
              <w:t>業界研究の深さ</w:t>
            </w:r>
          </w:p>
          <w:p>
            <w:r>
              <w:rPr>
                <w:b/>
                <w:sz w:val="18"/>
              </w:rPr>
              <w:t>答え方：</w:t>
            </w:r>
            <w:r>
              <w:rPr>
                <w:sz w:val="18"/>
              </w:rPr>
              <w:t>公開情報で確認できる事実と、面談やOB訪問で得た情報を分けて話す</w:t>
            </w:r>
          </w:p>
        </w:tc>
      </w:tr>
      <w:tr>
        <w:tc>
          <w:tcPr>
            <w:tcW w:type="dxa" w:w="9866"/>
          </w:tcPr>
          <w:p>
            <w:r>
              <w:rPr>
                <w:color w:val="666666"/>
                <w:sz w:val="17"/>
              </w:rPr>
              <w:t>回答メモ</w:t>
            </w:r>
          </w:p>
          <w:p/>
          <w:p/>
          <w:p/>
        </w:tc>
      </w:tr>
    </w:tbl>
    <w:p>
      <w:pPr>
        <w:spacing w:after="40"/>
      </w:pPr>
    </w:p>
    <w:p>
      <w:pPr>
        <w:spacing w:after="120"/>
      </w:pPr>
      <w:r>
        <w:rPr>
          <w:b/>
          <w:color w:val="0B111F"/>
          <w:sz w:val="26"/>
        </w:rPr>
        <w:t>D. 適性・人物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5F6F8"/>
          </w:tcPr>
          <w:p>
            <w:r>
              <w:rPr>
                <w:b/>
                <w:color w:val="0B111F"/>
                <w:sz w:val="21"/>
              </w:rPr>
              <w:t>Q20　あなたの強みは何ですか？</w:t>
            </w:r>
          </w:p>
        </w:tc>
      </w:tr>
      <w:tr>
        <w:tc>
          <w:tcPr>
            <w:tcW w:type="dxa" w:w="9866"/>
          </w:tcPr>
          <w:p>
            <w:r>
              <w:rPr>
                <w:b/>
                <w:sz w:val="18"/>
              </w:rPr>
              <w:t>面接官の意図：</w:t>
            </w:r>
            <w:r>
              <w:rPr>
                <w:sz w:val="18"/>
              </w:rPr>
              <w:t>自己認識の正確さと、コンサルでの再現性</w:t>
            </w:r>
          </w:p>
          <w:p>
            <w:r>
              <w:rPr>
                <w:b/>
                <w:sz w:val="18"/>
              </w:rPr>
              <w:t>答え方：</w:t>
            </w:r>
            <w:r>
              <w:rPr>
                <w:sz w:val="18"/>
              </w:rPr>
              <w:t>強み→根拠となるエピソード→コンサルでどう活きるか</w:t>
            </w:r>
          </w:p>
        </w:tc>
      </w:tr>
      <w:tr>
        <w:tc>
          <w:tcPr>
            <w:tcW w:type="dxa" w:w="9866"/>
          </w:tcPr>
          <w:p>
            <w:r>
              <w:rPr>
                <w:color w:val="666666"/>
                <w:sz w:val="17"/>
              </w:rPr>
              <w:t>回答メモ</w:t>
            </w:r>
          </w:p>
          <w:p/>
          <w:p/>
          <w:p/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5F6F8"/>
          </w:tcPr>
          <w:p>
            <w:r>
              <w:rPr>
                <w:b/>
                <w:color w:val="0B111F"/>
                <w:sz w:val="21"/>
              </w:rPr>
              <w:t>Q21　あなたの弱みは何ですか？</w:t>
            </w:r>
          </w:p>
        </w:tc>
      </w:tr>
      <w:tr>
        <w:tc>
          <w:tcPr>
            <w:tcW w:type="dxa" w:w="9866"/>
          </w:tcPr>
          <w:p>
            <w:r>
              <w:rPr>
                <w:b/>
                <w:sz w:val="18"/>
              </w:rPr>
              <w:t>面接官の意図：</w:t>
            </w:r>
            <w:r>
              <w:rPr>
                <w:sz w:val="18"/>
              </w:rPr>
              <w:t>自己認識と、弱みに自分で対処できているか</w:t>
            </w:r>
          </w:p>
          <w:p>
            <w:r>
              <w:rPr>
                <w:b/>
                <w:sz w:val="18"/>
              </w:rPr>
              <w:t>答え方：</w:t>
            </w:r>
            <w:r>
              <w:rPr>
                <w:sz w:val="18"/>
              </w:rPr>
              <w:t>裏返すと強みになる、コンサルとして致命的でない弱みを選び、自分なりの対策を必ずセットで話す</w:t>
            </w:r>
          </w:p>
        </w:tc>
      </w:tr>
      <w:tr>
        <w:tc>
          <w:tcPr>
            <w:tcW w:type="dxa" w:w="9866"/>
          </w:tcPr>
          <w:p>
            <w:r>
              <w:rPr>
                <w:color w:val="666666"/>
                <w:sz w:val="17"/>
              </w:rPr>
              <w:t>回答メモ</w:t>
            </w:r>
          </w:p>
          <w:p/>
          <w:p/>
          <w:p/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5F6F8"/>
          </w:tcPr>
          <w:p>
            <w:r>
              <w:rPr>
                <w:b/>
                <w:color w:val="0B111F"/>
                <w:sz w:val="21"/>
              </w:rPr>
              <w:t>Q22　コンサルの仕事はハードですが、大丈夫ですか？</w:t>
            </w:r>
          </w:p>
        </w:tc>
      </w:tr>
      <w:tr>
        <w:tc>
          <w:tcPr>
            <w:tcW w:type="dxa" w:w="9866"/>
          </w:tcPr>
          <w:p>
            <w:r>
              <w:rPr>
                <w:b/>
                <w:sz w:val="18"/>
              </w:rPr>
              <w:t>面接官の意図：</w:t>
            </w:r>
            <w:r>
              <w:rPr>
                <w:sz w:val="18"/>
              </w:rPr>
              <w:t>覚悟の確認</w:t>
            </w:r>
          </w:p>
          <w:p>
            <w:r>
              <w:rPr>
                <w:b/>
                <w:sz w:val="18"/>
              </w:rPr>
              <w:t>答え方：</w:t>
            </w:r>
            <w:r>
              <w:rPr>
                <w:sz w:val="18"/>
              </w:rPr>
              <w:t>「大丈夫です」＋根拠となる経験。稼働の密度が違うことを理解していると示す</w:t>
            </w:r>
          </w:p>
        </w:tc>
      </w:tr>
      <w:tr>
        <w:tc>
          <w:tcPr>
            <w:tcW w:type="dxa" w:w="9866"/>
          </w:tcPr>
          <w:p>
            <w:r>
              <w:rPr>
                <w:color w:val="666666"/>
                <w:sz w:val="17"/>
              </w:rPr>
              <w:t>回答メモ</w:t>
            </w:r>
          </w:p>
          <w:p/>
          <w:p/>
          <w:p/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5F6F8"/>
          </w:tcPr>
          <w:p>
            <w:r>
              <w:rPr>
                <w:b/>
                <w:color w:val="0B111F"/>
                <w:sz w:val="21"/>
              </w:rPr>
              <w:t>Q23　年下の上司の下で働くことに抵抗はありますか？</w:t>
            </w:r>
          </w:p>
        </w:tc>
      </w:tr>
      <w:tr>
        <w:tc>
          <w:tcPr>
            <w:tcW w:type="dxa" w:w="9866"/>
          </w:tcPr>
          <w:p>
            <w:r>
              <w:rPr>
                <w:b/>
                <w:sz w:val="18"/>
              </w:rPr>
              <w:t>面接官の意図：</w:t>
            </w:r>
            <w:r>
              <w:rPr>
                <w:sz w:val="18"/>
              </w:rPr>
              <w:t>役割で動ける柔軟性（30代以上で多い）</w:t>
            </w:r>
          </w:p>
          <w:p>
            <w:r>
              <w:rPr>
                <w:b/>
                <w:sz w:val="18"/>
              </w:rPr>
              <w:t>答え方：</w:t>
            </w:r>
            <w:r>
              <w:rPr>
                <w:sz w:val="18"/>
              </w:rPr>
              <w:t>抵抗がない根拠と、ファームのやり方を早く吸収する姿勢</w:t>
            </w:r>
          </w:p>
        </w:tc>
      </w:tr>
      <w:tr>
        <w:tc>
          <w:tcPr>
            <w:tcW w:type="dxa" w:w="9866"/>
          </w:tcPr>
          <w:p>
            <w:r>
              <w:rPr>
                <w:color w:val="666666"/>
                <w:sz w:val="17"/>
              </w:rPr>
              <w:t>回答メモ</w:t>
            </w:r>
          </w:p>
          <w:p/>
          <w:p/>
          <w:p/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5F6F8"/>
          </w:tcPr>
          <w:p>
            <w:r>
              <w:rPr>
                <w:b/>
                <w:color w:val="0B111F"/>
                <w:sz w:val="21"/>
              </w:rPr>
              <w:t>Q24　最近、自分で学んでいることはありますか？</w:t>
            </w:r>
          </w:p>
        </w:tc>
      </w:tr>
      <w:tr>
        <w:tc>
          <w:tcPr>
            <w:tcW w:type="dxa" w:w="9866"/>
          </w:tcPr>
          <w:p>
            <w:r>
              <w:rPr>
                <w:b/>
                <w:sz w:val="18"/>
              </w:rPr>
              <w:t>面接官の意図：</w:t>
            </w:r>
            <w:r>
              <w:rPr>
                <w:sz w:val="18"/>
              </w:rPr>
              <w:t>知的好奇心・自己研鑽</w:t>
            </w:r>
          </w:p>
          <w:p>
            <w:r>
              <w:rPr>
                <w:b/>
                <w:sz w:val="18"/>
              </w:rPr>
              <w:t>答え方：</w:t>
            </w:r>
            <w:r>
              <w:rPr>
                <w:sz w:val="18"/>
              </w:rPr>
              <w:t>何を、なぜ、どう学び、仕事にどう使っているかまで</w:t>
            </w:r>
          </w:p>
        </w:tc>
      </w:tr>
      <w:tr>
        <w:tc>
          <w:tcPr>
            <w:tcW w:type="dxa" w:w="9866"/>
          </w:tcPr>
          <w:p>
            <w:r>
              <w:rPr>
                <w:color w:val="666666"/>
                <w:sz w:val="17"/>
              </w:rPr>
              <w:t>回答メモ</w:t>
            </w:r>
          </w:p>
          <w:p/>
          <w:p/>
          <w:p/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5F6F8"/>
          </w:tcPr>
          <w:p>
            <w:r>
              <w:rPr>
                <w:b/>
                <w:color w:val="0B111F"/>
                <w:sz w:val="21"/>
              </w:rPr>
              <w:t>Q25　最近気になったビジネスニュースは何ですか？</w:t>
            </w:r>
          </w:p>
        </w:tc>
      </w:tr>
      <w:tr>
        <w:tc>
          <w:tcPr>
            <w:tcW w:type="dxa" w:w="9866"/>
          </w:tcPr>
          <w:p>
            <w:r>
              <w:rPr>
                <w:b/>
                <w:sz w:val="18"/>
              </w:rPr>
              <w:t>面接官の意図：</w:t>
            </w:r>
            <w:r>
              <w:rPr>
                <w:sz w:val="18"/>
              </w:rPr>
              <w:t>情報感度と、自分の頭で考える力</w:t>
            </w:r>
          </w:p>
          <w:p>
            <w:r>
              <w:rPr>
                <w:b/>
                <w:sz w:val="18"/>
              </w:rPr>
              <w:t>答え方：</w:t>
            </w:r>
            <w:r>
              <w:rPr>
                <w:sz w:val="18"/>
              </w:rPr>
              <w:t>事実→なぜ気になったか→自分ならどう考えるか、の3点で</w:t>
            </w:r>
          </w:p>
        </w:tc>
      </w:tr>
      <w:tr>
        <w:tc>
          <w:tcPr>
            <w:tcW w:type="dxa" w:w="9866"/>
          </w:tcPr>
          <w:p>
            <w:r>
              <w:rPr>
                <w:color w:val="666666"/>
                <w:sz w:val="17"/>
              </w:rPr>
              <w:t>回答メモ</w:t>
            </w:r>
          </w:p>
          <w:p/>
          <w:p/>
          <w:p/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5F6F8"/>
          </w:tcPr>
          <w:p>
            <w:r>
              <w:rPr>
                <w:b/>
                <w:color w:val="0B111F"/>
                <w:sz w:val="21"/>
              </w:rPr>
              <w:t>Q26　チームの中では、どんな役割を担うことが多いですか？</w:t>
            </w:r>
          </w:p>
        </w:tc>
      </w:tr>
      <w:tr>
        <w:tc>
          <w:tcPr>
            <w:tcW w:type="dxa" w:w="9866"/>
          </w:tcPr>
          <w:p>
            <w:r>
              <w:rPr>
                <w:b/>
                <w:sz w:val="18"/>
              </w:rPr>
              <w:t>面接官の意図：</w:t>
            </w:r>
            <w:r>
              <w:rPr>
                <w:sz w:val="18"/>
              </w:rPr>
              <w:t>チームでの振る舞いの再現性</w:t>
            </w:r>
          </w:p>
          <w:p>
            <w:r>
              <w:rPr>
                <w:b/>
                <w:sz w:val="18"/>
              </w:rPr>
              <w:t>答え方：</w:t>
            </w:r>
            <w:r>
              <w:rPr>
                <w:sz w:val="18"/>
              </w:rPr>
              <w:t>役割と、それを示す具体的な場面をセットで</w:t>
            </w:r>
          </w:p>
        </w:tc>
      </w:tr>
      <w:tr>
        <w:tc>
          <w:tcPr>
            <w:tcW w:type="dxa" w:w="9866"/>
          </w:tcPr>
          <w:p>
            <w:r>
              <w:rPr>
                <w:color w:val="666666"/>
                <w:sz w:val="17"/>
              </w:rPr>
              <w:t>回答メモ</w:t>
            </w:r>
          </w:p>
          <w:p/>
          <w:p/>
          <w:p/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5F6F8"/>
          </w:tcPr>
          <w:p>
            <w:r>
              <w:rPr>
                <w:b/>
                <w:color w:val="0B111F"/>
                <w:sz w:val="21"/>
              </w:rPr>
              <w:t>Q27　周囲からは、どんな人だと言われることが多いですか？</w:t>
            </w:r>
          </w:p>
        </w:tc>
      </w:tr>
      <w:tr>
        <w:tc>
          <w:tcPr>
            <w:tcW w:type="dxa" w:w="9866"/>
          </w:tcPr>
          <w:p>
            <w:r>
              <w:rPr>
                <w:b/>
                <w:sz w:val="18"/>
              </w:rPr>
              <w:t>面接官の意図：</w:t>
            </w:r>
            <w:r>
              <w:rPr>
                <w:sz w:val="18"/>
              </w:rPr>
              <w:t>自己認識と他者評価のずれがないか</w:t>
            </w:r>
          </w:p>
          <w:p>
            <w:r>
              <w:rPr>
                <w:b/>
                <w:sz w:val="18"/>
              </w:rPr>
              <w:t>答え方：</w:t>
            </w:r>
            <w:r>
              <w:rPr>
                <w:sz w:val="18"/>
              </w:rPr>
              <w:t>言われる内容と、そう言われた具体的な場面をセットで</w:t>
            </w:r>
          </w:p>
        </w:tc>
      </w:tr>
      <w:tr>
        <w:tc>
          <w:tcPr>
            <w:tcW w:type="dxa" w:w="9866"/>
          </w:tcPr>
          <w:p>
            <w:r>
              <w:rPr>
                <w:color w:val="666666"/>
                <w:sz w:val="17"/>
              </w:rPr>
              <w:t>回答メモ</w:t>
            </w:r>
          </w:p>
          <w:p/>
          <w:p/>
          <w:p/>
        </w:tc>
      </w:tr>
    </w:tbl>
    <w:p>
      <w:pPr>
        <w:spacing w:after="40"/>
      </w:pPr>
    </w:p>
    <w:p>
      <w:pPr>
        <w:spacing w:after="120"/>
      </w:pPr>
      <w:r>
        <w:rPr>
          <w:b/>
          <w:color w:val="0B111F"/>
          <w:sz w:val="26"/>
        </w:rPr>
        <w:t>E. キャリアビジョン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5F6F8"/>
          </w:tcPr>
          <w:p>
            <w:r>
              <w:rPr>
                <w:b/>
                <w:color w:val="0B111F"/>
                <w:sz w:val="21"/>
              </w:rPr>
              <w:t>Q28　5年後、10年後にどうなっていたいですか？</w:t>
            </w:r>
          </w:p>
        </w:tc>
      </w:tr>
      <w:tr>
        <w:tc>
          <w:tcPr>
            <w:tcW w:type="dxa" w:w="9866"/>
          </w:tcPr>
          <w:p>
            <w:r>
              <w:rPr>
                <w:b/>
                <w:sz w:val="18"/>
              </w:rPr>
              <w:t>面接官の意図：</w:t>
            </w:r>
            <w:r>
              <w:rPr>
                <w:sz w:val="18"/>
              </w:rPr>
              <w:t>コンサルを踏み台にしていないか</w:t>
            </w:r>
          </w:p>
          <w:p>
            <w:r>
              <w:rPr>
                <w:b/>
                <w:sz w:val="18"/>
              </w:rPr>
              <w:t>答え方：</w:t>
            </w:r>
            <w:r>
              <w:rPr>
                <w:sz w:val="18"/>
              </w:rPr>
              <w:t>コンサルでの成長を主軸に、長期の選択肢は「視野に入れている」程度に</w:t>
            </w:r>
          </w:p>
        </w:tc>
      </w:tr>
      <w:tr>
        <w:tc>
          <w:tcPr>
            <w:tcW w:type="dxa" w:w="9866"/>
          </w:tcPr>
          <w:p>
            <w:r>
              <w:rPr>
                <w:color w:val="666666"/>
                <w:sz w:val="17"/>
              </w:rPr>
              <w:t>回答メモ</w:t>
            </w:r>
          </w:p>
          <w:p/>
          <w:p/>
          <w:p/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5F6F8"/>
          </w:tcPr>
          <w:p>
            <w:r>
              <w:rPr>
                <w:b/>
                <w:color w:val="0B111F"/>
                <w:sz w:val="21"/>
              </w:rPr>
              <w:t>Q29　コンサルで身につけたいスキルは何ですか？</w:t>
            </w:r>
          </w:p>
        </w:tc>
      </w:tr>
      <w:tr>
        <w:tc>
          <w:tcPr>
            <w:tcW w:type="dxa" w:w="9866"/>
          </w:tcPr>
          <w:p>
            <w:r>
              <w:rPr>
                <w:b/>
                <w:sz w:val="18"/>
              </w:rPr>
              <w:t>面接官の意図：</w:t>
            </w:r>
            <w:r>
              <w:rPr>
                <w:sz w:val="18"/>
              </w:rPr>
              <w:t>成長意欲の具体性</w:t>
            </w:r>
          </w:p>
          <w:p>
            <w:r>
              <w:rPr>
                <w:b/>
                <w:sz w:val="18"/>
              </w:rPr>
              <w:t>答え方：</w:t>
            </w:r>
            <w:r>
              <w:rPr>
                <w:sz w:val="18"/>
              </w:rPr>
              <w:t>スキル名だけでなく、それを使って何をしたいかまで</w:t>
            </w:r>
          </w:p>
        </w:tc>
      </w:tr>
      <w:tr>
        <w:tc>
          <w:tcPr>
            <w:tcW w:type="dxa" w:w="9866"/>
          </w:tcPr>
          <w:p>
            <w:r>
              <w:rPr>
                <w:color w:val="666666"/>
                <w:sz w:val="17"/>
              </w:rPr>
              <w:t>回答メモ</w:t>
            </w:r>
          </w:p>
          <w:p/>
          <w:p/>
          <w:p/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5F6F8"/>
          </w:tcPr>
          <w:p>
            <w:r>
              <w:rPr>
                <w:b/>
                <w:color w:val="0B111F"/>
                <w:sz w:val="21"/>
              </w:rPr>
              <w:t>Q30　当社で長く活躍していくイメージはありますか？</w:t>
            </w:r>
          </w:p>
        </w:tc>
      </w:tr>
      <w:tr>
        <w:tc>
          <w:tcPr>
            <w:tcW w:type="dxa" w:w="9866"/>
          </w:tcPr>
          <w:p>
            <w:r>
              <w:rPr>
                <w:b/>
                <w:sz w:val="18"/>
              </w:rPr>
              <w:t>面接官の意図：</w:t>
            </w:r>
            <w:r>
              <w:rPr>
                <w:sz w:val="18"/>
              </w:rPr>
              <w:t>定着の見込み</w:t>
            </w:r>
          </w:p>
          <w:p>
            <w:r>
              <w:rPr>
                <w:b/>
                <w:sz w:val="18"/>
              </w:rPr>
              <w:t>答え方：</w:t>
            </w:r>
            <w:r>
              <w:rPr>
                <w:sz w:val="18"/>
              </w:rPr>
              <w:t>昇進のステップと、そこで担いたい役割を具体的に</w:t>
            </w:r>
          </w:p>
        </w:tc>
      </w:tr>
      <w:tr>
        <w:tc>
          <w:tcPr>
            <w:tcW w:type="dxa" w:w="9866"/>
          </w:tcPr>
          <w:p>
            <w:r>
              <w:rPr>
                <w:color w:val="666666"/>
                <w:sz w:val="17"/>
              </w:rPr>
              <w:t>回答メモ</w:t>
            </w:r>
          </w:p>
          <w:p/>
          <w:p/>
          <w:p/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5F6F8"/>
          </w:tcPr>
          <w:p>
            <w:r>
              <w:rPr>
                <w:b/>
                <w:color w:val="0B111F"/>
                <w:sz w:val="21"/>
              </w:rPr>
              <w:t>Q31　将来、マネジメントに挑戦したいですか？</w:t>
            </w:r>
          </w:p>
        </w:tc>
      </w:tr>
      <w:tr>
        <w:tc>
          <w:tcPr>
            <w:tcW w:type="dxa" w:w="9866"/>
          </w:tcPr>
          <w:p>
            <w:r>
              <w:rPr>
                <w:b/>
                <w:sz w:val="18"/>
              </w:rPr>
              <w:t>面接官の意図：</w:t>
            </w:r>
            <w:r>
              <w:rPr>
                <w:sz w:val="18"/>
              </w:rPr>
              <w:t>リーダーシップへの志向</w:t>
            </w:r>
          </w:p>
          <w:p>
            <w:r>
              <w:rPr>
                <w:b/>
                <w:sz w:val="18"/>
              </w:rPr>
              <w:t>答え方：</w:t>
            </w:r>
            <w:r>
              <w:rPr>
                <w:sz w:val="18"/>
              </w:rPr>
              <w:t>経験がなければ、小さくても人を動かした経験を根拠に</w:t>
            </w:r>
          </w:p>
        </w:tc>
      </w:tr>
      <w:tr>
        <w:tc>
          <w:tcPr>
            <w:tcW w:type="dxa" w:w="9866"/>
          </w:tcPr>
          <w:p>
            <w:r>
              <w:rPr>
                <w:color w:val="666666"/>
                <w:sz w:val="17"/>
              </w:rPr>
              <w:t>回答メモ</w:t>
            </w:r>
          </w:p>
          <w:p/>
          <w:p/>
          <w:p/>
        </w:tc>
      </w:tr>
    </w:tbl>
    <w:p>
      <w:pPr>
        <w:spacing w:after="40"/>
      </w:pPr>
    </w:p>
    <w:p>
      <w:pPr>
        <w:spacing w:after="120"/>
      </w:pPr>
      <w:r>
        <w:rPr>
          <w:b/>
          <w:color w:val="0B111F"/>
          <w:sz w:val="26"/>
        </w:rPr>
        <w:t>F. 最終面接（パートナー面接）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5F6F8"/>
          </w:tcPr>
          <w:p>
            <w:r>
              <w:rPr>
                <w:b/>
                <w:color w:val="0B111F"/>
                <w:sz w:val="21"/>
              </w:rPr>
              <w:t>Q32　改めて、当社を志望する理由を聞かせてください</w:t>
            </w:r>
          </w:p>
        </w:tc>
      </w:tr>
      <w:tr>
        <w:tc>
          <w:tcPr>
            <w:tcW w:type="dxa" w:w="9866"/>
          </w:tcPr>
          <w:p>
            <w:r>
              <w:rPr>
                <w:b/>
                <w:sz w:val="18"/>
              </w:rPr>
              <w:t>面接官の意図：</w:t>
            </w:r>
            <w:r>
              <w:rPr>
                <w:sz w:val="18"/>
              </w:rPr>
              <w:t>1次・2次との一貫性と、志望動機の深さ</w:t>
            </w:r>
          </w:p>
          <w:p>
            <w:r>
              <w:rPr>
                <w:b/>
                <w:sz w:val="18"/>
              </w:rPr>
              <w:t>答え方：</w:t>
            </w:r>
            <w:r>
              <w:rPr>
                <w:sz w:val="18"/>
              </w:rPr>
              <w:t>これまでの面接と同じ軸で、もう一段具体的に。話を変えない</w:t>
            </w:r>
          </w:p>
        </w:tc>
      </w:tr>
      <w:tr>
        <w:tc>
          <w:tcPr>
            <w:tcW w:type="dxa" w:w="9866"/>
          </w:tcPr>
          <w:p>
            <w:r>
              <w:rPr>
                <w:color w:val="666666"/>
                <w:sz w:val="17"/>
              </w:rPr>
              <w:t>回答メモ</w:t>
            </w:r>
          </w:p>
          <w:p/>
          <w:p/>
          <w:p/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5F6F8"/>
          </w:tcPr>
          <w:p>
            <w:r>
              <w:rPr>
                <w:b/>
                <w:color w:val="0B111F"/>
                <w:sz w:val="21"/>
              </w:rPr>
              <w:t>Q33　クライアントの前に立つうえで、あなたの強みは何ですか？</w:t>
            </w:r>
          </w:p>
        </w:tc>
      </w:tr>
      <w:tr>
        <w:tc>
          <w:tcPr>
            <w:tcW w:type="dxa" w:w="9866"/>
          </w:tcPr>
          <w:p>
            <w:r>
              <w:rPr>
                <w:b/>
                <w:sz w:val="18"/>
              </w:rPr>
              <w:t>面接官の意図：</w:t>
            </w:r>
            <w:r>
              <w:rPr>
                <w:sz w:val="18"/>
              </w:rPr>
              <w:t>クライアントの前に出せるか</w:t>
            </w:r>
          </w:p>
          <w:p>
            <w:r>
              <w:rPr>
                <w:b/>
                <w:sz w:val="18"/>
              </w:rPr>
              <w:t>答え方：</w:t>
            </w:r>
            <w:r>
              <w:rPr>
                <w:sz w:val="18"/>
              </w:rPr>
              <w:t>対人での信頼を得た具体的な場面を</w:t>
            </w:r>
          </w:p>
        </w:tc>
      </w:tr>
      <w:tr>
        <w:tc>
          <w:tcPr>
            <w:tcW w:type="dxa" w:w="9866"/>
          </w:tcPr>
          <w:p>
            <w:r>
              <w:rPr>
                <w:color w:val="666666"/>
                <w:sz w:val="17"/>
              </w:rPr>
              <w:t>回答メモ</w:t>
            </w:r>
          </w:p>
          <w:p/>
          <w:p/>
          <w:p/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5F6F8"/>
          </w:tcPr>
          <w:p>
            <w:r>
              <w:rPr>
                <w:b/>
                <w:color w:val="0B111F"/>
                <w:sz w:val="21"/>
              </w:rPr>
              <w:t>Q34　入社可能時期と、希望年収を教えてください</w:t>
            </w:r>
          </w:p>
        </w:tc>
      </w:tr>
      <w:tr>
        <w:tc>
          <w:tcPr>
            <w:tcW w:type="dxa" w:w="9866"/>
          </w:tcPr>
          <w:p>
            <w:r>
              <w:rPr>
                <w:b/>
                <w:sz w:val="18"/>
              </w:rPr>
              <w:t>面接官の意図：</w:t>
            </w:r>
            <w:r>
              <w:rPr>
                <w:sz w:val="18"/>
              </w:rPr>
              <w:t>条件面の現実性</w:t>
            </w:r>
          </w:p>
          <w:p>
            <w:r>
              <w:rPr>
                <w:b/>
                <w:sz w:val="18"/>
              </w:rPr>
              <w:t>答え方：</w:t>
            </w:r>
            <w:r>
              <w:rPr>
                <w:sz w:val="18"/>
              </w:rPr>
              <w:t>現職の引き継ぎを踏まえて現実的に。年収は現年収と希望レンジを正直に</w:t>
            </w:r>
          </w:p>
        </w:tc>
      </w:tr>
      <w:tr>
        <w:tc>
          <w:tcPr>
            <w:tcW w:type="dxa" w:w="9866"/>
          </w:tcPr>
          <w:p>
            <w:r>
              <w:rPr>
                <w:color w:val="666666"/>
                <w:sz w:val="17"/>
              </w:rPr>
              <w:t>回答メモ</w:t>
            </w:r>
          </w:p>
          <w:p/>
          <w:p/>
          <w:p/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5F6F8"/>
          </w:tcPr>
          <w:p>
            <w:r>
              <w:rPr>
                <w:b/>
                <w:color w:val="0B111F"/>
                <w:sz w:val="21"/>
              </w:rPr>
              <w:t>Q35　最後に、何か伝えておきたいことはありますか？</w:t>
            </w:r>
          </w:p>
        </w:tc>
      </w:tr>
      <w:tr>
        <w:tc>
          <w:tcPr>
            <w:tcW w:type="dxa" w:w="9866"/>
          </w:tcPr>
          <w:p>
            <w:r>
              <w:rPr>
                <w:b/>
                <w:sz w:val="18"/>
              </w:rPr>
              <w:t>面接官の意図：</w:t>
            </w:r>
            <w:r>
              <w:rPr>
                <w:sz w:val="18"/>
              </w:rPr>
              <w:t>志望度と熱意</w:t>
            </w:r>
          </w:p>
          <w:p>
            <w:r>
              <w:rPr>
                <w:b/>
                <w:sz w:val="18"/>
              </w:rPr>
              <w:t>答え方：</w:t>
            </w:r>
            <w:r>
              <w:rPr>
                <w:sz w:val="18"/>
              </w:rPr>
              <w:t>志望理由の要点と、入社後に貢献したいことを30秒で</w:t>
            </w:r>
          </w:p>
        </w:tc>
      </w:tr>
      <w:tr>
        <w:tc>
          <w:tcPr>
            <w:tcW w:type="dxa" w:w="9866"/>
          </w:tcPr>
          <w:p>
            <w:r>
              <w:rPr>
                <w:color w:val="666666"/>
                <w:sz w:val="17"/>
              </w:rPr>
              <w:t>回答メモ</w:t>
            </w:r>
          </w:p>
          <w:p/>
          <w:p/>
          <w:p/>
        </w:tc>
      </w:tr>
    </w:tbl>
    <w:p>
      <w:pPr>
        <w:spacing w:after="40"/>
      </w:pPr>
    </w:p>
    <w:p>
      <w:pPr>
        <w:spacing w:after="120"/>
      </w:pPr>
      <w:r>
        <w:rPr>
          <w:b/>
          <w:color w:val="0B111F"/>
          <w:sz w:val="26"/>
        </w:rPr>
        <w:t>G. ケース・思考力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5F6F8"/>
          </w:tcPr>
          <w:p>
            <w:r>
              <w:rPr>
                <w:b/>
                <w:color w:val="0B111F"/>
                <w:sz w:val="21"/>
              </w:rPr>
              <w:t>Q36　（フェルミ推定）国内の○○の市場規模を推定してください</w:t>
            </w:r>
          </w:p>
        </w:tc>
      </w:tr>
      <w:tr>
        <w:tc>
          <w:tcPr>
            <w:tcW w:type="dxa" w:w="9866"/>
          </w:tcPr>
          <w:p>
            <w:r>
              <w:rPr>
                <w:b/>
                <w:sz w:val="18"/>
              </w:rPr>
              <w:t>面接官の意図：</w:t>
            </w:r>
            <w:r>
              <w:rPr>
                <w:sz w:val="18"/>
              </w:rPr>
              <w:t>構造化と、前提を置いて計算する力</w:t>
            </w:r>
          </w:p>
          <w:p>
            <w:r>
              <w:rPr>
                <w:b/>
                <w:sz w:val="18"/>
              </w:rPr>
              <w:t>答え方：</w:t>
            </w:r>
            <w:r>
              <w:rPr>
                <w:sz w:val="18"/>
              </w:rPr>
              <w:t>分解の式を先に示し、前提を口に出しながら進める</w:t>
            </w:r>
          </w:p>
        </w:tc>
      </w:tr>
      <w:tr>
        <w:tc>
          <w:tcPr>
            <w:tcW w:type="dxa" w:w="9866"/>
          </w:tcPr>
          <w:p>
            <w:r>
              <w:rPr>
                <w:color w:val="666666"/>
                <w:sz w:val="17"/>
              </w:rPr>
              <w:t>回答メモ</w:t>
            </w:r>
          </w:p>
          <w:p/>
          <w:p/>
          <w:p/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5F6F8"/>
          </w:tcPr>
          <w:p>
            <w:r>
              <w:rPr>
                <w:b/>
                <w:color w:val="0B111F"/>
                <w:sz w:val="21"/>
              </w:rPr>
              <w:t>Q37　（ケース）○○の売上を伸ばす施策を考えてください</w:t>
            </w:r>
          </w:p>
        </w:tc>
      </w:tr>
      <w:tr>
        <w:tc>
          <w:tcPr>
            <w:tcW w:type="dxa" w:w="9866"/>
          </w:tcPr>
          <w:p>
            <w:r>
              <w:rPr>
                <w:b/>
                <w:sz w:val="18"/>
              </w:rPr>
              <w:t>面接官の意図：</w:t>
            </w:r>
            <w:r>
              <w:rPr>
                <w:sz w:val="18"/>
              </w:rPr>
              <w:t>論点設定と仮説思考</w:t>
            </w:r>
          </w:p>
          <w:p>
            <w:r>
              <w:rPr>
                <w:b/>
                <w:sz w:val="18"/>
              </w:rPr>
              <w:t>答え方：</w:t>
            </w:r>
            <w:r>
              <w:rPr>
                <w:sz w:val="18"/>
              </w:rPr>
              <w:t>売上の分解→どこが課題かの仮説→打ち手と優先順位、の順に</w:t>
            </w:r>
          </w:p>
        </w:tc>
      </w:tr>
      <w:tr>
        <w:tc>
          <w:tcPr>
            <w:tcW w:type="dxa" w:w="9866"/>
          </w:tcPr>
          <w:p>
            <w:r>
              <w:rPr>
                <w:color w:val="666666"/>
                <w:sz w:val="17"/>
              </w:rPr>
              <w:t>回答メモ</w:t>
            </w:r>
          </w:p>
          <w:p/>
          <w:p/>
          <w:p/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5F6F8"/>
          </w:tcPr>
          <w:p>
            <w:r>
              <w:rPr>
                <w:b/>
                <w:color w:val="0B111F"/>
                <w:sz w:val="21"/>
              </w:rPr>
              <w:t>Q38　その前提は本当に正しいですか？　他の可能性は？</w:t>
            </w:r>
          </w:p>
        </w:tc>
      </w:tr>
      <w:tr>
        <w:tc>
          <w:tcPr>
            <w:tcW w:type="dxa" w:w="9866"/>
          </w:tcPr>
          <w:p>
            <w:r>
              <w:rPr>
                <w:b/>
                <w:sz w:val="18"/>
              </w:rPr>
              <w:t>面接官の意図：</w:t>
            </w:r>
            <w:r>
              <w:rPr>
                <w:sz w:val="18"/>
              </w:rPr>
              <w:t>詰められた時の対応</w:t>
            </w:r>
          </w:p>
          <w:p>
            <w:r>
              <w:rPr>
                <w:b/>
                <w:sz w:val="18"/>
              </w:rPr>
              <w:t>答え方：</w:t>
            </w:r>
            <w:r>
              <w:rPr>
                <w:sz w:val="18"/>
              </w:rPr>
              <w:t>指摘が正しければ取り込んで修正。根拠があれば丁寧に主張する</w:t>
            </w:r>
          </w:p>
        </w:tc>
      </w:tr>
      <w:tr>
        <w:tc>
          <w:tcPr>
            <w:tcW w:type="dxa" w:w="9866"/>
          </w:tcPr>
          <w:p>
            <w:r>
              <w:rPr>
                <w:color w:val="666666"/>
                <w:sz w:val="17"/>
              </w:rPr>
              <w:t>回答メモ</w:t>
            </w:r>
          </w:p>
          <w:p/>
          <w:p/>
          <w:p/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5F6F8"/>
          </w:tcPr>
          <w:p>
            <w:r>
              <w:rPr>
                <w:b/>
                <w:color w:val="0B111F"/>
                <w:sz w:val="21"/>
              </w:rPr>
              <w:t>Q39　あなたの経験を一般化すると、どんな示唆がありますか？</w:t>
            </w:r>
          </w:p>
        </w:tc>
      </w:tr>
      <w:tr>
        <w:tc>
          <w:tcPr>
            <w:tcW w:type="dxa" w:w="9866"/>
          </w:tcPr>
          <w:p>
            <w:r>
              <w:rPr>
                <w:b/>
                <w:sz w:val="18"/>
              </w:rPr>
              <w:t>面接官の意図：</w:t>
            </w:r>
            <w:r>
              <w:rPr>
                <w:sz w:val="18"/>
              </w:rPr>
              <w:t>経験を抽象化して他に活かす力</w:t>
            </w:r>
          </w:p>
          <w:p>
            <w:r>
              <w:rPr>
                <w:b/>
                <w:sz w:val="18"/>
              </w:rPr>
              <w:t>答え方：</w:t>
            </w:r>
            <w:r>
              <w:rPr>
                <w:sz w:val="18"/>
              </w:rPr>
              <w:t>個別の出来事から、他の業界・場面でも使える教訓を引き出す</w:t>
            </w:r>
          </w:p>
        </w:tc>
      </w:tr>
      <w:tr>
        <w:tc>
          <w:tcPr>
            <w:tcW w:type="dxa" w:w="9866"/>
          </w:tcPr>
          <w:p>
            <w:r>
              <w:rPr>
                <w:color w:val="666666"/>
                <w:sz w:val="17"/>
              </w:rPr>
              <w:t>回答メモ</w:t>
            </w:r>
          </w:p>
          <w:p/>
          <w:p/>
          <w:p/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5F6F8"/>
          </w:tcPr>
          <w:p>
            <w:r>
              <w:rPr>
                <w:b/>
                <w:color w:val="0B111F"/>
                <w:sz w:val="21"/>
              </w:rPr>
              <w:t>Q40　限られた情報で判断を下した経験はありますか？</w:t>
            </w:r>
          </w:p>
        </w:tc>
      </w:tr>
      <w:tr>
        <w:tc>
          <w:tcPr>
            <w:tcW w:type="dxa" w:w="9866"/>
          </w:tcPr>
          <w:p>
            <w:r>
              <w:rPr>
                <w:b/>
                <w:sz w:val="18"/>
              </w:rPr>
              <w:t>面接官の意図：</w:t>
            </w:r>
            <w:r>
              <w:rPr>
                <w:sz w:val="18"/>
              </w:rPr>
              <w:t>不確実な中での仮説思考</w:t>
            </w:r>
          </w:p>
          <w:p>
            <w:r>
              <w:rPr>
                <w:b/>
                <w:sz w:val="18"/>
              </w:rPr>
              <w:t>答え方：</w:t>
            </w:r>
            <w:r>
              <w:rPr>
                <w:sz w:val="18"/>
              </w:rPr>
              <w:t>どんな仮説を置き、何を確かめ、どこで判断したかを話す</w:t>
            </w:r>
          </w:p>
        </w:tc>
      </w:tr>
      <w:tr>
        <w:tc>
          <w:tcPr>
            <w:tcW w:type="dxa" w:w="9866"/>
          </w:tcPr>
          <w:p>
            <w:r>
              <w:rPr>
                <w:color w:val="666666"/>
                <w:sz w:val="17"/>
              </w:rPr>
              <w:t>回答メモ</w:t>
            </w:r>
          </w:p>
          <w:p/>
          <w:p/>
          <w:p/>
        </w:tc>
      </w:tr>
    </w:tbl>
    <w:p>
      <w:pPr>
        <w:spacing w:after="40"/>
      </w:pPr>
    </w:p>
    <w:p>
      <w:pPr>
        <w:spacing w:after="120"/>
      </w:pPr>
      <w:r>
        <w:rPr>
          <w:b/>
          <w:color w:val="0B111F"/>
          <w:sz w:val="26"/>
        </w:rPr>
        <w:t>逆質問メモ（3つ用意する）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t>1.</w:t>
            </w:r>
          </w:p>
          <w:p/>
        </w:tc>
      </w:tr>
      <w:tr>
        <w:tc>
          <w:tcPr>
            <w:tcW w:type="dxa" w:w="9866"/>
          </w:tcPr>
          <w:p>
            <w:r>
              <w:t>2.</w:t>
            </w:r>
          </w:p>
          <w:p/>
        </w:tc>
      </w:tr>
      <w:tr>
        <w:tc>
          <w:tcPr>
            <w:tcW w:type="dxa" w:w="9866"/>
          </w:tcPr>
          <w:p>
            <w:r>
              <w:t>3.</w:t>
            </w:r>
          </w:p>
          <w:p/>
        </w:tc>
      </w:tr>
    </w:tbl>
    <w:p>
      <w:pPr>
        <w:spacing w:after="160"/>
      </w:pPr>
      <w:r>
        <w:rPr>
          <w:b w:val="0"/>
          <w:sz w:val="20"/>
        </w:rPr>
      </w:r>
    </w:p>
    <w:p>
      <w:pPr>
        <w:spacing w:after="80"/>
      </w:pPr>
      <w:r>
        <w:rPr>
          <w:b w:val="0"/>
          <w:color w:val="0B111F"/>
          <w:sz w:val="19"/>
        </w:rPr>
        <w:t>書き上げた回答は、元面接官を含むSTRAND PARTNERSのアドバイザーが模擬面接で一緒に仕上げます（無料）。https://strand-partners.com/#contact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